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微软雅黑"/>
          <w:color w:val="111111"/>
        </w:rPr>
        <w:t>纽约 Regent Luxe 租车</w:t>
      </w:r>
    </w:p>
    <w:p>
      <w:r>
        <w:rPr>
          <w:rFonts w:ascii="Calibri" w:hAnsi="Calibri" w:eastAsia="微软雅黑"/>
          <w:b w:val="0"/>
          <w:sz w:val="20"/>
        </w:rPr>
        <w:t>小红书行业分解及话题模板 · 纽约华人豪车租赁垂类 ｜ 更新日期：2026年8月29日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一、行业关键词提炼</w:t>
      </w:r>
    </w:p>
    <w:p>
      <w:r>
        <w:rPr>
          <w:rFonts w:ascii="Calibri" w:hAnsi="Calibri" w:eastAsia="微软雅黑"/>
          <w:b w:val="0"/>
        </w:rPr>
        <w:t>结合小红书出行行业趋势和纽约华人用户需求，围绕 Regent Luxe「华人豪车租赁 + 中文服务」的定位整理。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服务核心词</w:t>
      </w:r>
    </w:p>
    <w:p>
      <w:r>
        <w:rPr>
          <w:rFonts w:ascii="Calibri" w:hAnsi="Calibri" w:eastAsia="微软雅黑"/>
          <w:b w:val="0"/>
        </w:rPr>
        <w:t>纽约租车、华人租车、豪车租赁、豪华车出租、跑车租赁、保姆车/商务车、机场接送、包车出行、自驾租车、长租短租、司机服务、中文服务、微信/支付宝付款、无信用记录可租。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用户需求词</w:t>
      </w:r>
    </w:p>
    <w:p>
      <w:r>
        <w:rPr>
          <w:rFonts w:ascii="Calibri" w:hAnsi="Calibri" w:eastAsia="微软雅黑"/>
          <w:b w:val="0"/>
        </w:rPr>
        <w:t>无信用记录租车、留学生租车、驾照要求、押金政策、保险怎么买、毕业照用车、婚车、纪念日惊喜、商务接待用车、旅游包车、租豪车体验、价格透明、无隐形收费。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场景化关键词</w:t>
      </w:r>
    </w:p>
    <w:p>
      <w:r>
        <w:rPr>
          <w:rFonts w:ascii="Calibri" w:hAnsi="Calibri" w:eastAsia="微软雅黑"/>
          <w:b w:val="0"/>
        </w:rPr>
        <w:t>机场接机、毕业季拍照、婚礼/订婚、生日纪念日、纽约旅游、美东自驾、周末出游、商务接待、活动用车、拍片摄影用车、父母来美探亲。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趋势相关词</w:t>
      </w:r>
    </w:p>
    <w:p>
      <w:r>
        <w:rPr>
          <w:rFonts w:ascii="Calibri" w:hAnsi="Calibri" w:eastAsia="微软雅黑"/>
          <w:b w:val="0"/>
        </w:rPr>
        <w:t>豪华出行体验、高端服务、透明报价、华人服务、即租即走、跑车体验、保姆车舒适出行、无隐藏费用、中文全程对接。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关键词使用规则</w:t>
      </w:r>
    </w:p>
    <w:p>
      <w:pPr>
        <w:pStyle w:val="ListBullet"/>
      </w:pPr>
      <w:r>
        <w:rPr>
          <w:rFonts w:ascii="Calibri" w:hAnsi="Calibri" w:eastAsia="微软雅黑"/>
        </w:rPr>
        <w:t>标签组：服务词+场景词进笔记标签（#纽约租车 #华人租车 #纽约豪车 #纽约留学生 #租车攻略 #豪车租赁）。</w:t>
      </w:r>
    </w:p>
    <w:p>
      <w:pPr>
        <w:pStyle w:val="ListBullet"/>
      </w:pPr>
      <w:r>
        <w:rPr>
          <w:rFonts w:ascii="Calibri" w:hAnsi="Calibri" w:eastAsia="微软雅黑"/>
        </w:rPr>
        <w:t>标题/正文：需求词+趋势词进标题和首段，吃搜索流量（"纽约租车""无信用记录租车"）。</w:t>
      </w:r>
    </w:p>
    <w:p>
      <w:pPr>
        <w:pStyle w:val="ListBullet"/>
      </w:pPr>
      <w:r>
        <w:rPr>
          <w:rFonts w:ascii="Calibri" w:hAnsi="Calibri" w:eastAsia="微软雅黑"/>
        </w:rPr>
        <w:t>地域词固定轮换：纽约 / 法拉盛 / 曼哈顿 / 皇后区至少一个进标题。</w:t>
      </w:r>
    </w:p>
    <w:p>
      <w:pPr>
        <w:pStyle w:val="ListBullet"/>
      </w:pPr>
      <w:r>
        <w:rPr>
          <w:rFonts w:ascii="Calibri" w:hAnsi="Calibri" w:eastAsia="微软雅黑"/>
        </w:rPr>
        <w:t>选题池：每月从四类词交叉组合生成选题——场景×服务=一条选题（如"毕业季×跑车租赁"）。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二、热门话题方向</w:t>
      </w:r>
    </w:p>
    <w:p>
      <w:r>
        <w:rPr>
          <w:rFonts w:ascii="Calibri" w:hAnsi="Calibri" w:eastAsia="微软雅黑"/>
          <w:b w:val="0"/>
        </w:rPr>
        <w:t>五大方向，对应内容栏目：租车攻略（干货）+ 车型实拍（种草）+ 客户案例（信任）+ 价格透明（转化）。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功能性需求（痛点解决）→ 租车攻略栏</w:t>
      </w:r>
    </w:p>
    <w:p>
      <w:r>
        <w:rPr>
          <w:rFonts w:ascii="Calibri" w:hAnsi="Calibri" w:eastAsia="微软雅黑"/>
          <w:b w:val="0"/>
        </w:rPr>
        <w:t>围绕纽约华人租车四大痛点——大车行要信用记录、年龄/驾照门槛、押金高、隐形收费——做解决方案型内容："在纽约租车被拒了 3 次，华人车行一句「不用信用记录」救了我""大车行的隐形收费有多坑？我算了笔账"。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 → 车型实拍栏</w:t>
      </w:r>
    </w:p>
    <w:p>
      <w:r>
        <w:rPr>
          <w:rFonts w:ascii="Calibri" w:hAnsi="Calibri" w:eastAsia="微软雅黑"/>
          <w:b w:val="0"/>
        </w:rPr>
        <w:t>豪车天然出片，场景即种草："纽约毕业照出片神器：租一天豪车，照片高级 10 倍""纪念日给女朋友的惊喜：在纽约租了台跑车""爸妈来纽约玩：包车+接送一条龙安排"。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用户群体细分 → 客户案例栏</w:t>
      </w:r>
    </w:p>
    <w:p>
      <w:pPr>
        <w:pStyle w:val="ListBullet"/>
      </w:pPr>
      <w:r>
        <w:rPr>
          <w:rFonts w:ascii="Calibri" w:hAnsi="Calibri" w:eastAsia="微软雅黑"/>
        </w:rPr>
        <w:t>留学生：毕业照、搬家、刚拿驾照、无信用记录——主打华人车行门槛低、中文服务。</w:t>
      </w:r>
    </w:p>
    <w:p>
      <w:pPr>
        <w:pStyle w:val="ListBullet"/>
      </w:pPr>
      <w:r>
        <w:rPr>
          <w:rFonts w:ascii="Calibri" w:hAnsi="Calibri" w:eastAsia="微软雅黑"/>
        </w:rPr>
        <w:t>情侣：纪念日、求婚、七夕——跑车+仪式感套餐。</w:t>
      </w:r>
    </w:p>
    <w:p>
      <w:pPr>
        <w:pStyle w:val="ListBullet"/>
      </w:pPr>
      <w:r>
        <w:rPr>
          <w:rFonts w:ascii="Calibri" w:hAnsi="Calibri" w:eastAsia="微软雅黑"/>
        </w:rPr>
        <w:t>游客/探亲家庭：机场接送、纽约包车游、美东自驾——保姆车舒适出行。</w:t>
      </w:r>
    </w:p>
    <w:p>
      <w:pPr>
        <w:pStyle w:val="ListBullet"/>
      </w:pPr>
      <w:r>
        <w:rPr>
          <w:rFonts w:ascii="Calibri" w:hAnsi="Calibri" w:eastAsia="微软雅黑"/>
        </w:rPr>
        <w:t>商务客：接待用车、机场接送、长租——专业司机+高端车型。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体验分享与对比 → 客户案例栏</w:t>
      </w:r>
    </w:p>
    <w:p>
      <w:r>
        <w:rPr>
          <w:rFonts w:ascii="Calibri" w:hAnsi="Calibri" w:eastAsia="微软雅黑"/>
          <w:b w:val="0"/>
        </w:rPr>
        <w:t>大车行 vs 华人车行：门槛、押金、服务一条条对比；租豪车 vs 天天打车：一年算下来哪个划算；车型横评：保姆车/跑车/SUV 怎么选——对比类内容在小红书天然高收藏。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性价比与透明消费 → 全栏目渗透</w:t>
      </w:r>
    </w:p>
    <w:p>
      <w:r>
        <w:rPr>
          <w:rFonts w:ascii="Calibri" w:hAnsi="Calibri" w:eastAsia="微软雅黑"/>
          <w:b w:val="0"/>
        </w:rPr>
        <w:t>价格表公开、押金政策明说、保险条款讲清——"纽约租豪车多少钱？价格表全公开"。租车行业最大的信任障碍是"怕被坑"，透明本身就是最好的内容。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三、标题建议模板</w:t>
      </w:r>
    </w:p>
    <w:p>
      <w:r>
        <w:rPr>
          <w:rFonts w:ascii="Calibri" w:hAnsi="Calibri" w:eastAsia="微软雅黑"/>
          <w:b w:val="0"/>
        </w:rPr>
        <w:t>五型标题库，直接选用或改词复用。所有标题带地域（纽约/法拉盛/曼哈顿）或人群（留学生/华人/情侣）关键词。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痛点解决型</w:t>
      </w:r>
    </w:p>
    <w:p>
      <w:pPr>
        <w:pStyle w:val="ListBullet"/>
      </w:pPr>
      <w:r>
        <w:rPr>
          <w:rFonts w:ascii="Calibri" w:hAnsi="Calibri" w:eastAsia="微软雅黑"/>
        </w:rPr>
        <w:t>在纽约租车被拒了 3 次，华人车行一句「不用信用记录」救了我</w:t>
      </w:r>
    </w:p>
    <w:p>
      <w:pPr>
        <w:pStyle w:val="ListBullet"/>
      </w:pPr>
      <w:r>
        <w:rPr>
          <w:rFonts w:ascii="Calibri" w:hAnsi="Calibri" w:eastAsia="微软雅黑"/>
        </w:rPr>
        <w:t>大车行的隐形收费有多坑？我算了笔账</w:t>
      </w:r>
    </w:p>
    <w:p>
      <w:pPr>
        <w:pStyle w:val="ListBullet"/>
      </w:pPr>
      <w:r>
        <w:rPr>
          <w:rFonts w:ascii="Calibri" w:hAnsi="Calibri" w:eastAsia="微软雅黑"/>
        </w:rPr>
        <w:t>刚拿美国驾照就敢租豪车？看完这篇再决定</w:t>
      </w:r>
    </w:p>
    <w:p>
      <w:pPr>
        <w:pStyle w:val="ListBullet"/>
      </w:pPr>
      <w:r>
        <w:rPr>
          <w:rFonts w:ascii="Calibri" w:hAnsi="Calibri" w:eastAsia="微软雅黑"/>
        </w:rPr>
        <w:t>英语不好怎么租车？全程中文搞定的正确打开方式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场景化种草型</w:t>
      </w:r>
    </w:p>
    <w:p>
      <w:pPr>
        <w:pStyle w:val="ListBullet"/>
      </w:pPr>
      <w:r>
        <w:rPr>
          <w:rFonts w:ascii="Calibri" w:hAnsi="Calibri" w:eastAsia="微软雅黑"/>
        </w:rPr>
        <w:t>纽约毕业照出片神器：租一天豪车，照片高级 10 倍</w:t>
      </w:r>
    </w:p>
    <w:p>
      <w:pPr>
        <w:pStyle w:val="ListBullet"/>
      </w:pPr>
      <w:r>
        <w:rPr>
          <w:rFonts w:ascii="Calibri" w:hAnsi="Calibri" w:eastAsia="微软雅黑"/>
        </w:rPr>
        <w:t>纪念日给女朋友的惊喜：在纽约租了台跑车</w:t>
      </w:r>
    </w:p>
    <w:p>
      <w:pPr>
        <w:pStyle w:val="ListBullet"/>
      </w:pPr>
      <w:r>
        <w:rPr>
          <w:rFonts w:ascii="Calibri" w:hAnsi="Calibri" w:eastAsia="微软雅黑"/>
        </w:rPr>
        <w:t>爸妈来纽约玩：包车+接送一条龙安排</w:t>
      </w:r>
    </w:p>
    <w:p>
      <w:pPr>
        <w:pStyle w:val="ListBullet"/>
      </w:pPr>
      <w:r>
        <w:rPr>
          <w:rFonts w:ascii="Calibri" w:hAnsi="Calibri" w:eastAsia="微软雅黑"/>
        </w:rPr>
        <w:t>周末逃离曼哈顿：租台车去长岛的正确方式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数据与效果背书型</w:t>
      </w:r>
    </w:p>
    <w:p>
      <w:pPr>
        <w:pStyle w:val="ListBullet"/>
      </w:pPr>
      <w:r>
        <w:rPr>
          <w:rFonts w:ascii="Calibri" w:hAnsi="Calibri" w:eastAsia="微软雅黑"/>
        </w:rPr>
        <w:t>纽约租豪车多少钱？价格表全公开</w:t>
      </w:r>
    </w:p>
    <w:p>
      <w:pPr>
        <w:pStyle w:val="ListBullet"/>
      </w:pPr>
      <w:r>
        <w:rPr>
          <w:rFonts w:ascii="Calibri" w:hAnsi="Calibri" w:eastAsia="微软雅黑"/>
        </w:rPr>
        <w:t>这个月接了 XX 单机场接送：华人租车行的一天</w:t>
      </w:r>
    </w:p>
    <w:p>
      <w:pPr>
        <w:pStyle w:val="ListBullet"/>
      </w:pPr>
      <w:r>
        <w:rPr>
          <w:rFonts w:ascii="Calibri" w:hAnsi="Calibri" w:eastAsia="微软雅黑"/>
        </w:rPr>
        <w:t>零信用记录也能租：纽约华人车行的信任逻辑</w:t>
      </w:r>
    </w:p>
    <w:p>
      <w:pPr>
        <w:pStyle w:val="ListBullet"/>
      </w:pPr>
      <w:r>
        <w:rPr>
          <w:rFonts w:ascii="Calibri" w:hAnsi="Calibri" w:eastAsia="微软雅黑"/>
        </w:rPr>
        <w:t>从下单到提车只用了 30 分钟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对比测评型</w:t>
      </w:r>
    </w:p>
    <w:p>
      <w:pPr>
        <w:pStyle w:val="ListBullet"/>
      </w:pPr>
      <w:r>
        <w:rPr>
          <w:rFonts w:ascii="Calibri" w:hAnsi="Calibri" w:eastAsia="微软雅黑"/>
        </w:rPr>
        <w:t>纽约租车怎么选：大车行 vs 华人车行，一篇讲透</w:t>
      </w:r>
    </w:p>
    <w:p>
      <w:pPr>
        <w:pStyle w:val="ListBullet"/>
      </w:pPr>
      <w:r>
        <w:rPr>
          <w:rFonts w:ascii="Calibri" w:hAnsi="Calibri" w:eastAsia="微软雅黑"/>
        </w:rPr>
        <w:t>租豪车 vs 天天打车：一年算下来哪个划算</w:t>
      </w:r>
    </w:p>
    <w:p>
      <w:pPr>
        <w:pStyle w:val="ListBullet"/>
      </w:pPr>
      <w:r>
        <w:rPr>
          <w:rFonts w:ascii="Calibri" w:hAnsi="Calibri" w:eastAsia="微软雅黑"/>
        </w:rPr>
        <w:t>保姆车三款对比：带家人出行选哪个</w:t>
      </w:r>
    </w:p>
    <w:p>
      <w:pPr>
        <w:pStyle w:val="ListBullet"/>
      </w:pPr>
      <w:r>
        <w:rPr>
          <w:rFonts w:ascii="Calibri" w:hAnsi="Calibri" w:eastAsia="微软雅黑"/>
        </w:rPr>
        <w:t>跑车租赁体验：一天的快乐值不值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节日/季节限定型</w:t>
      </w:r>
    </w:p>
    <w:p>
      <w:pPr>
        <w:pStyle w:val="ListBullet"/>
      </w:pPr>
      <w:r>
        <w:rPr>
          <w:rFonts w:ascii="Calibri" w:hAnsi="Calibri" w:eastAsia="微软雅黑"/>
        </w:rPr>
        <w:t>毕业季档期紧张：5-6 月用车提前锁</w:t>
      </w:r>
    </w:p>
    <w:p>
      <w:pPr>
        <w:pStyle w:val="ListBullet"/>
      </w:pPr>
      <w:r>
        <w:rPr>
          <w:rFonts w:ascii="Calibri" w:hAnsi="Calibri" w:eastAsia="微软雅黑"/>
        </w:rPr>
        <w:t>婚礼季：婚车+车队套餐上线</w:t>
      </w:r>
    </w:p>
    <w:p>
      <w:pPr>
        <w:pStyle w:val="ListBullet"/>
      </w:pPr>
      <w:r>
        <w:rPr>
          <w:rFonts w:ascii="Calibri" w:hAnsi="Calibri" w:eastAsia="微软雅黑"/>
        </w:rPr>
        <w:t>圣诞新年用车指南：机场接送提前约</w:t>
      </w:r>
    </w:p>
    <w:p>
      <w:pPr>
        <w:pStyle w:val="ListBullet"/>
      </w:pPr>
      <w:r>
        <w:rPr>
          <w:rFonts w:ascii="Calibri" w:hAnsi="Calibri" w:eastAsia="微软雅黑"/>
        </w:rPr>
        <w:t>七夕限定：跑车+仪式感浪漫套餐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标题写作三规则</w:t>
      </w:r>
    </w:p>
    <w:p>
      <w:pPr>
        <w:pStyle w:val="ListBullet"/>
      </w:pPr>
      <w:r>
        <w:rPr>
          <w:rFonts w:ascii="Calibri" w:hAnsi="Calibri" w:eastAsia="微软雅黑"/>
        </w:rPr>
        <w:t>地域前置：纽约/法拉盛/曼哈顿进标题，吃同城搜索与推荐流量。</w:t>
      </w:r>
    </w:p>
    <w:p>
      <w:pPr>
        <w:pStyle w:val="ListBullet"/>
      </w:pPr>
      <w:r>
        <w:rPr>
          <w:rFonts w:ascii="Calibri" w:hAnsi="Calibri" w:eastAsia="微软雅黑"/>
        </w:rPr>
        <w:t>数字优先：价格、天数、单量直接上数字，租车行业数字即信任。</w:t>
      </w:r>
    </w:p>
    <w:p>
      <w:pPr>
        <w:pStyle w:val="ListBullet"/>
      </w:pPr>
      <w:r>
        <w:rPr>
          <w:rFonts w:ascii="Calibri" w:hAnsi="Calibri" w:eastAsia="微软雅黑"/>
        </w:rPr>
        <w:t>人群绑定：留学生/情侣/探亲家庭/商务客，标题先筛人。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四、与运营方案的配合方式</w:t>
      </w:r>
    </w:p>
    <w:p>
      <w:r>
        <w:rPr>
          <w:rFonts w:ascii="Calibri" w:hAnsi="Calibri" w:eastAsia="微软雅黑"/>
          <w:b w:val="0"/>
        </w:rPr>
        <w:t>这份模板是"弹药库"，运营方案是"作战计划"。</w:t>
      </w:r>
    </w:p>
    <w:p>
      <w:pPr>
        <w:pStyle w:val="ListBullet"/>
      </w:pPr>
      <w:r>
        <w:rPr>
          <w:rFonts w:ascii="Calibri" w:hAnsi="Calibri" w:eastAsia="微软雅黑"/>
        </w:rPr>
        <w:t>行业关键词：标签组固定使用；每月从"场景×服务"交叉组合生成新选题（每条笔记）。</w:t>
      </w:r>
    </w:p>
    <w:p>
      <w:pPr>
        <w:pStyle w:val="ListBullet"/>
      </w:pPr>
      <w:r>
        <w:rPr>
          <w:rFonts w:ascii="Calibri" w:hAnsi="Calibri" w:eastAsia="微软雅黑"/>
        </w:rPr>
        <w:t>热门话题方向：五大方向对应栏目——痛点→租车攻略、场景→车型实拍、细分/对比→客户案例、性价比→全栏目渗透（每周选题会）。</w:t>
      </w:r>
    </w:p>
    <w:p>
      <w:pPr>
        <w:pStyle w:val="ListBullet"/>
      </w:pPr>
      <w:r>
        <w:rPr>
          <w:rFonts w:ascii="Calibri" w:hAnsi="Calibri" w:eastAsia="微软雅黑"/>
        </w:rPr>
        <w:t>标题建议模板：标题库直接选用或改词复用；每周新标题从模板变形，保持风格统一（每周 2-3 条）。</w:t>
      </w:r>
    </w:p>
    <w:p>
      <w:pPr>
        <w:pStyle w:val="ListBullet"/>
      </w:pPr>
      <w:r>
        <w:rPr>
          <w:rFonts w:ascii="Calibri" w:hAnsi="Calibri" w:eastAsia="微软雅黑"/>
        </w:rPr>
        <w:t>转化钩子固定：评论区"想要价目表扣 1"→私信发车型报价单→引导电话/微信约车；价格与押金口径以商家确认为准。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总结</w:t>
      </w:r>
    </w:p>
    <w:p>
      <w:r>
        <w:rPr>
          <w:rFonts w:ascii="Calibri" w:hAnsi="Calibri" w:eastAsia="微软雅黑"/>
          <w:b w:val="0"/>
        </w:rPr>
        <w:t>通过以上关键词、话题与标题模板，把"华人服务 + 豪车体验"的定位翻译成小红书语言——租车攻略引流量、车型实拍种草、客户案例建信任、价格透明接转化，每一步都指向"私信领报价单、预约用车"。逐步把 Regent Luxe 做成纽约华人"租豪车第一个想到的车行"。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